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CD496" w14:textId="77777777" w:rsidR="0068131B" w:rsidRDefault="00C2178F">
      <w:pPr>
        <w:pStyle w:val="Title"/>
        <w:jc w:val="center"/>
      </w:pPr>
      <w:r>
        <w:t>TONYA GOLDEN</w:t>
      </w:r>
    </w:p>
    <w:p w14:paraId="7D743470" w14:textId="26A91A05" w:rsidR="0068131B" w:rsidRPr="00703618" w:rsidRDefault="00C2178F">
      <w:pPr>
        <w:jc w:val="center"/>
        <w:rPr>
          <w:rFonts w:ascii="Calibri" w:hAnsi="Calibri" w:cs="Calibri"/>
        </w:rPr>
      </w:pPr>
      <w:r w:rsidRPr="00703618">
        <w:rPr>
          <w:rFonts w:ascii="Calibri" w:hAnsi="Calibri" w:cs="Calibri"/>
          <w:b/>
        </w:rPr>
        <w:t>Senior Front-End Developer | UI/UX Designer | Product Optimization Specialist</w:t>
      </w:r>
      <w:r w:rsidRPr="00703618">
        <w:rPr>
          <w:rFonts w:ascii="Calibri" w:hAnsi="Calibri" w:cs="Calibri"/>
          <w:b/>
        </w:rPr>
        <w:br/>
      </w:r>
      <w:r w:rsidRPr="00703618">
        <w:rPr>
          <w:rFonts w:ascii="Calibri" w:hAnsi="Calibri" w:cs="Calibri"/>
        </w:rPr>
        <w:t>Tampa, FL • goldentonya33@gmail.com • 763-614-9979</w:t>
      </w:r>
      <w:r w:rsidRPr="00703618">
        <w:rPr>
          <w:rFonts w:ascii="Calibri" w:hAnsi="Calibri" w:cs="Calibri"/>
        </w:rPr>
        <w:br/>
        <w:t>Portfolio: tonyagolden.dev • LinkedIn: linkedin.com/in/</w:t>
      </w:r>
      <w:proofErr w:type="spellStart"/>
      <w:r w:rsidRPr="00703618">
        <w:rPr>
          <w:rFonts w:ascii="Calibri" w:hAnsi="Calibri" w:cs="Calibri"/>
        </w:rPr>
        <w:t>tonyagolden</w:t>
      </w:r>
      <w:proofErr w:type="spellEnd"/>
      <w:r w:rsidRPr="00703618">
        <w:rPr>
          <w:rFonts w:ascii="Calibri" w:hAnsi="Calibri" w:cs="Calibri"/>
        </w:rPr>
        <w:t xml:space="preserve"> • GitHub: github.com/</w:t>
      </w:r>
      <w:proofErr w:type="spellStart"/>
      <w:r w:rsidRPr="00703618">
        <w:rPr>
          <w:rFonts w:ascii="Calibri" w:hAnsi="Calibri" w:cs="Calibri"/>
        </w:rPr>
        <w:t>tonyagolden</w:t>
      </w:r>
      <w:proofErr w:type="spellEnd"/>
    </w:p>
    <w:p w14:paraId="6E0CA47F" w14:textId="77777777" w:rsidR="0068131B" w:rsidRPr="00703618" w:rsidRDefault="00C2178F">
      <w:pPr>
        <w:pStyle w:val="Heading1"/>
        <w:rPr>
          <w:rFonts w:ascii="Calibri" w:hAnsi="Calibri" w:cs="Calibri"/>
        </w:rPr>
      </w:pPr>
      <w:r w:rsidRPr="00703618">
        <w:rPr>
          <w:rFonts w:ascii="Calibri" w:hAnsi="Calibri" w:cs="Calibri"/>
        </w:rPr>
        <w:t>Professional Summary</w:t>
      </w:r>
    </w:p>
    <w:p w14:paraId="760F870E" w14:textId="77777777" w:rsidR="0068131B" w:rsidRPr="00703618" w:rsidRDefault="00C2178F">
      <w:pPr>
        <w:rPr>
          <w:rFonts w:ascii="Calibri" w:hAnsi="Calibri" w:cs="Calibri"/>
        </w:rPr>
      </w:pPr>
      <w:r w:rsidRPr="00703618">
        <w:rPr>
          <w:rFonts w:ascii="Calibri" w:hAnsi="Calibri" w:cs="Calibri"/>
        </w:rPr>
        <w:t>Senior Front-End Developer and UI/UX Designer with 7+ years of experience designing, developing, and optimizing digital experiences that drive measurable business results. Experienced delivering projects from discovery and wireframes through production-ready implementation using Astro, Next.js, WordPress, HTML, CSS, JavaScript, and PHP. Led more than 100 A/B experiments across high-traffic websites while delivering freelance client work from concept through launch.</w:t>
      </w:r>
    </w:p>
    <w:p w14:paraId="4CBD2C15" w14:textId="77777777" w:rsidR="0068131B" w:rsidRPr="00703618" w:rsidRDefault="00C2178F">
      <w:pPr>
        <w:pStyle w:val="Heading1"/>
        <w:rPr>
          <w:rFonts w:ascii="Calibri" w:hAnsi="Calibri" w:cs="Calibri"/>
        </w:rPr>
      </w:pPr>
      <w:r w:rsidRPr="00703618">
        <w:rPr>
          <w:rFonts w:ascii="Calibri" w:hAnsi="Calibri" w:cs="Calibri"/>
        </w:rPr>
        <w:t>Core Expertise</w:t>
      </w:r>
    </w:p>
    <w:p w14:paraId="287A8A8D" w14:textId="77777777" w:rsidR="00703618" w:rsidRDefault="00C2178F" w:rsidP="007373B7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Front-End: Astro, Next.js, HTML5, CSS3, JavaScript, WordPress, PHP, Responsive Design, Accessibility, Performance Optimization, SEO</w:t>
      </w:r>
    </w:p>
    <w:p w14:paraId="4C744367" w14:textId="77777777" w:rsidR="00703618" w:rsidRDefault="00C2178F" w:rsidP="007373B7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UI/UX: Claude Design, Figma, Wireframing, Prototyping, User Flows, Design Systems</w:t>
      </w:r>
    </w:p>
    <w:p w14:paraId="1050EF2F" w14:textId="36D60B17" w:rsidR="0068131B" w:rsidRPr="00703618" w:rsidRDefault="00C2178F" w:rsidP="007373B7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 xml:space="preserve">Analytics: A/B Testing, CRO, </w:t>
      </w:r>
      <w:proofErr w:type="spellStart"/>
      <w:r w:rsidRPr="00703618">
        <w:rPr>
          <w:rFonts w:ascii="Calibri" w:hAnsi="Calibri" w:cs="Calibri"/>
        </w:rPr>
        <w:t>PostHog</w:t>
      </w:r>
      <w:proofErr w:type="spellEnd"/>
      <w:r w:rsidRPr="00703618">
        <w:rPr>
          <w:rFonts w:ascii="Calibri" w:hAnsi="Calibri" w:cs="Calibri"/>
        </w:rPr>
        <w:t>, VWO, GA4, Power BI, Funnel Analysis</w:t>
      </w:r>
    </w:p>
    <w:p w14:paraId="0BF4917B" w14:textId="77777777" w:rsidR="0068131B" w:rsidRPr="00703618" w:rsidRDefault="00C2178F">
      <w:pPr>
        <w:pStyle w:val="Heading1"/>
        <w:rPr>
          <w:rFonts w:ascii="Calibri" w:hAnsi="Calibri" w:cs="Calibri"/>
        </w:rPr>
      </w:pPr>
      <w:r w:rsidRPr="00703618">
        <w:rPr>
          <w:rFonts w:ascii="Calibri" w:hAnsi="Calibri" w:cs="Calibri"/>
        </w:rPr>
        <w:t>Professional Experience</w:t>
      </w:r>
    </w:p>
    <w:p w14:paraId="60275A81" w14:textId="7BA887DB" w:rsidR="00703618" w:rsidRPr="00703618" w:rsidRDefault="00C2178F" w:rsidP="00703618">
      <w:pPr>
        <w:spacing w:after="0"/>
        <w:rPr>
          <w:rFonts w:ascii="Calibri" w:hAnsi="Calibri" w:cs="Calibri"/>
          <w:b/>
          <w:bCs/>
        </w:rPr>
      </w:pPr>
      <w:r w:rsidRPr="00703618">
        <w:rPr>
          <w:rFonts w:ascii="Calibri" w:hAnsi="Calibri" w:cs="Calibri"/>
          <w:b/>
          <w:bCs/>
        </w:rPr>
        <w:t>Freelance Front-End Developer &amp; UI/UX Designer (202</w:t>
      </w:r>
      <w:r w:rsidR="00703618">
        <w:rPr>
          <w:rFonts w:ascii="Calibri" w:hAnsi="Calibri" w:cs="Calibri"/>
          <w:b/>
          <w:bCs/>
        </w:rPr>
        <w:t>6</w:t>
      </w:r>
      <w:r w:rsidRPr="00703618">
        <w:rPr>
          <w:rFonts w:ascii="Calibri" w:hAnsi="Calibri" w:cs="Calibri"/>
          <w:b/>
          <w:bCs/>
        </w:rPr>
        <w:t>–Present)</w:t>
      </w:r>
    </w:p>
    <w:p w14:paraId="56B8AB1B" w14:textId="77777777" w:rsidR="00703618" w:rsidRDefault="00C2178F" w:rsidP="00703618">
      <w:pPr>
        <w:pStyle w:val="ListParagraph"/>
        <w:numPr>
          <w:ilvl w:val="0"/>
          <w:numId w:val="13"/>
        </w:numPr>
        <w:spacing w:after="0"/>
        <w:rPr>
          <w:rFonts w:ascii="Calibri" w:hAnsi="Calibri" w:cs="Calibri"/>
        </w:rPr>
      </w:pPr>
      <w:r w:rsidRPr="00703618">
        <w:rPr>
          <w:rFonts w:ascii="Calibri" w:hAnsi="Calibri" w:cs="Calibri"/>
        </w:rPr>
        <w:t>Designed and developed complete websites for Aluminauti, The Wrens Hollow, and Overboard Art.</w:t>
      </w:r>
    </w:p>
    <w:p w14:paraId="78557A01" w14:textId="77777777" w:rsidR="00703618" w:rsidRDefault="00C2178F" w:rsidP="00703618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Led projects from discovery and wireframes through responsive development and launch.</w:t>
      </w:r>
    </w:p>
    <w:p w14:paraId="147AFC62" w14:textId="05891E21" w:rsidR="00703618" w:rsidRPr="00703618" w:rsidRDefault="00C2178F" w:rsidP="00703618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Built production websites with Astro and WordPress while focusing on accessibility, performance, and SEO.</w:t>
      </w:r>
    </w:p>
    <w:p w14:paraId="3A8A3958" w14:textId="77777777" w:rsidR="00703618" w:rsidRPr="00703618" w:rsidRDefault="00C2178F" w:rsidP="00703618">
      <w:pPr>
        <w:spacing w:after="0" w:line="240" w:lineRule="auto"/>
        <w:rPr>
          <w:rFonts w:ascii="Calibri" w:hAnsi="Calibri" w:cs="Calibri"/>
          <w:b/>
          <w:bCs/>
        </w:rPr>
      </w:pPr>
      <w:r w:rsidRPr="00703618">
        <w:rPr>
          <w:rFonts w:ascii="Calibri" w:hAnsi="Calibri" w:cs="Calibri"/>
          <w:b/>
          <w:bCs/>
        </w:rPr>
        <w:t>Elite Insurance Partners (2021–Present)</w:t>
      </w:r>
    </w:p>
    <w:p w14:paraId="42F775AF" w14:textId="77777777" w:rsidR="00703618" w:rsidRPr="00703618" w:rsidRDefault="00C2178F" w:rsidP="00703618">
      <w:pPr>
        <w:spacing w:after="0" w:line="240" w:lineRule="auto"/>
        <w:rPr>
          <w:rFonts w:ascii="Calibri" w:hAnsi="Calibri" w:cs="Calibri"/>
          <w:i/>
          <w:iCs/>
          <w:sz w:val="20"/>
          <w:szCs w:val="20"/>
        </w:rPr>
      </w:pPr>
      <w:r w:rsidRPr="00703618">
        <w:rPr>
          <w:rFonts w:ascii="Calibri" w:hAnsi="Calibri" w:cs="Calibri"/>
          <w:i/>
          <w:iCs/>
          <w:sz w:val="20"/>
          <w:szCs w:val="20"/>
        </w:rPr>
        <w:t xml:space="preserve">Technical Performance Strategist (promoted </w:t>
      </w:r>
      <w:proofErr w:type="gramStart"/>
      <w:r w:rsidRPr="00703618">
        <w:rPr>
          <w:rFonts w:ascii="Calibri" w:hAnsi="Calibri" w:cs="Calibri"/>
          <w:i/>
          <w:iCs/>
          <w:sz w:val="20"/>
          <w:szCs w:val="20"/>
        </w:rPr>
        <w:t>from</w:t>
      </w:r>
      <w:proofErr w:type="gramEnd"/>
      <w:r w:rsidRPr="00703618">
        <w:rPr>
          <w:rFonts w:ascii="Calibri" w:hAnsi="Calibri" w:cs="Calibri"/>
          <w:i/>
          <w:iCs/>
          <w:sz w:val="20"/>
          <w:szCs w:val="20"/>
        </w:rPr>
        <w:t xml:space="preserve"> Marketing Supervisor → CRO Specialist → WordPress Developer)</w:t>
      </w:r>
    </w:p>
    <w:p w14:paraId="59D37321" w14:textId="77777777" w:rsidR="00703618" w:rsidRDefault="00C2178F" w:rsidP="00703618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Designed and analyzed 100+ A/B experiments across seven high-traffic websites.</w:t>
      </w:r>
    </w:p>
    <w:p w14:paraId="070979E2" w14:textId="77777777" w:rsidR="00703618" w:rsidRDefault="00C2178F" w:rsidP="00703618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Increased lead-to-policy conversion from 5.8% to 6.9%.</w:t>
      </w:r>
    </w:p>
    <w:p w14:paraId="087D34FB" w14:textId="7B8060AB" w:rsidR="00703618" w:rsidRDefault="00C2178F" w:rsidP="00703618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Improved lead form conversion by 3.48%.</w:t>
      </w:r>
    </w:p>
    <w:p w14:paraId="49DC7332" w14:textId="77777777" w:rsidR="00703618" w:rsidRDefault="00C2178F" w:rsidP="00703618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 xml:space="preserve">Built dashboards with </w:t>
      </w:r>
      <w:proofErr w:type="spellStart"/>
      <w:r w:rsidRPr="00703618">
        <w:rPr>
          <w:rFonts w:ascii="Calibri" w:hAnsi="Calibri" w:cs="Calibri"/>
        </w:rPr>
        <w:t>PostHog</w:t>
      </w:r>
      <w:proofErr w:type="spellEnd"/>
      <w:r w:rsidRPr="00703618">
        <w:rPr>
          <w:rFonts w:ascii="Calibri" w:hAnsi="Calibri" w:cs="Calibri"/>
        </w:rPr>
        <w:t>, GA4, VWO, and Power BI.</w:t>
      </w:r>
    </w:p>
    <w:p w14:paraId="5B151342" w14:textId="0E96CA52" w:rsidR="00703618" w:rsidRDefault="00C2178F" w:rsidP="00703618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Developed website enhancements using HTML, CSS, JavaScript, and WordPress.</w:t>
      </w:r>
    </w:p>
    <w:p w14:paraId="143F8DDE" w14:textId="77777777" w:rsidR="00703618" w:rsidRDefault="00C2178F" w:rsidP="00703618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lastRenderedPageBreak/>
        <w:t>Managed and mentored a team while presenting recommendations to executive leadership.</w:t>
      </w:r>
    </w:p>
    <w:p w14:paraId="491034DD" w14:textId="77777777" w:rsidR="00703618" w:rsidRPr="00703618" w:rsidRDefault="00C2178F" w:rsidP="00703618">
      <w:pPr>
        <w:spacing w:after="0"/>
        <w:rPr>
          <w:rFonts w:ascii="Calibri" w:hAnsi="Calibri" w:cs="Calibri"/>
          <w:b/>
          <w:bCs/>
        </w:rPr>
      </w:pPr>
      <w:r w:rsidRPr="00703618">
        <w:rPr>
          <w:rFonts w:ascii="Calibri" w:hAnsi="Calibri" w:cs="Calibri"/>
          <w:b/>
          <w:bCs/>
        </w:rPr>
        <w:t>Baker White Inc. (2018–2020)</w:t>
      </w:r>
    </w:p>
    <w:p w14:paraId="12EFED9B" w14:textId="77777777" w:rsidR="00703618" w:rsidRPr="00703618" w:rsidRDefault="00C2178F" w:rsidP="00703618">
      <w:pPr>
        <w:spacing w:after="0"/>
        <w:rPr>
          <w:rFonts w:ascii="Calibri" w:hAnsi="Calibri" w:cs="Calibri"/>
          <w:i/>
          <w:iCs/>
          <w:sz w:val="20"/>
          <w:szCs w:val="20"/>
        </w:rPr>
      </w:pPr>
      <w:r w:rsidRPr="00703618">
        <w:rPr>
          <w:rFonts w:ascii="Calibri" w:hAnsi="Calibri" w:cs="Calibri"/>
          <w:i/>
          <w:iCs/>
          <w:sz w:val="20"/>
          <w:szCs w:val="20"/>
        </w:rPr>
        <w:t>Front-End Web Developer &amp; Graphic Designer</w:t>
      </w:r>
    </w:p>
    <w:p w14:paraId="26A12D39" w14:textId="77777777" w:rsidR="00703618" w:rsidRDefault="00C2178F" w:rsidP="00703618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Developed responsive websites using HTML, CSS, JavaScript, WordPress, and PHP.</w:t>
      </w:r>
    </w:p>
    <w:p w14:paraId="407DC006" w14:textId="73F55A96" w:rsidR="0068131B" w:rsidRPr="00703618" w:rsidRDefault="00C2178F" w:rsidP="00703618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703618">
        <w:rPr>
          <w:rFonts w:ascii="Calibri" w:hAnsi="Calibri" w:cs="Calibri"/>
        </w:rPr>
        <w:t>Designed UI, graphics, and digital assets while supporting SEO and marketing initiatives.</w:t>
      </w:r>
    </w:p>
    <w:p w14:paraId="333C83B1" w14:textId="77777777" w:rsidR="0068131B" w:rsidRPr="00703618" w:rsidRDefault="00C2178F">
      <w:pPr>
        <w:pStyle w:val="Heading1"/>
        <w:rPr>
          <w:rFonts w:ascii="Calibri" w:hAnsi="Calibri" w:cs="Calibri"/>
        </w:rPr>
      </w:pPr>
      <w:r w:rsidRPr="00703618">
        <w:rPr>
          <w:rFonts w:ascii="Calibri" w:hAnsi="Calibri" w:cs="Calibri"/>
        </w:rPr>
        <w:t>Selected Work</w:t>
      </w:r>
    </w:p>
    <w:p w14:paraId="11E1F400" w14:textId="77777777" w:rsidR="00703618" w:rsidRDefault="00703618" w:rsidP="00703618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703618">
        <w:rPr>
          <w:rFonts w:ascii="Calibri" w:hAnsi="Calibri" w:cs="Calibri"/>
          <w:b/>
          <w:bCs/>
        </w:rPr>
        <w:t>Personal Portfolio:</w:t>
      </w:r>
      <w:r w:rsidRPr="00703618">
        <w:rPr>
          <w:rFonts w:ascii="Calibri" w:hAnsi="Calibri" w:cs="Calibri"/>
        </w:rPr>
        <w:t xml:space="preserve"> Pokémon-themed Next.js portfolio showcasing design, development, analytics, and case studies.</w:t>
      </w:r>
    </w:p>
    <w:p w14:paraId="109A91CA" w14:textId="77777777" w:rsidR="00703618" w:rsidRDefault="00C2178F" w:rsidP="00703618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703618">
        <w:rPr>
          <w:rFonts w:ascii="Calibri" w:hAnsi="Calibri" w:cs="Calibri"/>
          <w:b/>
          <w:bCs/>
        </w:rPr>
        <w:t>The Wrens Hollow</w:t>
      </w:r>
      <w:r w:rsidR="00703618" w:rsidRPr="00703618">
        <w:rPr>
          <w:rFonts w:ascii="Calibri" w:hAnsi="Calibri" w:cs="Calibri"/>
          <w:b/>
          <w:bCs/>
        </w:rPr>
        <w:t>:</w:t>
      </w:r>
      <w:r w:rsidRPr="00703618">
        <w:rPr>
          <w:rFonts w:ascii="Calibri" w:hAnsi="Calibri" w:cs="Calibri"/>
        </w:rPr>
        <w:t xml:space="preserve"> Full website redesign using Astro.</w:t>
      </w:r>
    </w:p>
    <w:p w14:paraId="2E259010" w14:textId="77777777" w:rsidR="00703618" w:rsidRDefault="00C2178F" w:rsidP="00703618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703618">
        <w:rPr>
          <w:rFonts w:ascii="Calibri" w:hAnsi="Calibri" w:cs="Calibri"/>
          <w:b/>
          <w:bCs/>
        </w:rPr>
        <w:t>Overboard Art</w:t>
      </w:r>
      <w:r w:rsidR="00703618" w:rsidRPr="00703618">
        <w:rPr>
          <w:rFonts w:ascii="Calibri" w:hAnsi="Calibri" w:cs="Calibri"/>
          <w:b/>
          <w:bCs/>
        </w:rPr>
        <w:t>:</w:t>
      </w:r>
      <w:r w:rsidRPr="00703618">
        <w:rPr>
          <w:rFonts w:ascii="Calibri" w:hAnsi="Calibri" w:cs="Calibri"/>
        </w:rPr>
        <w:t xml:space="preserve"> WordPress redesign using PHP, HTML, and CSS.</w:t>
      </w:r>
    </w:p>
    <w:p w14:paraId="740934DE" w14:textId="7D1BF666" w:rsidR="00703618" w:rsidRPr="00703618" w:rsidRDefault="00703618" w:rsidP="00703618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proofErr w:type="spellStart"/>
      <w:r w:rsidRPr="00703618">
        <w:rPr>
          <w:rFonts w:ascii="Calibri" w:hAnsi="Calibri" w:cs="Calibri"/>
          <w:b/>
          <w:bCs/>
        </w:rPr>
        <w:t>Aluminauti</w:t>
      </w:r>
      <w:proofErr w:type="spellEnd"/>
      <w:r w:rsidRPr="00703618">
        <w:rPr>
          <w:rFonts w:ascii="Calibri" w:hAnsi="Calibri" w:cs="Calibri"/>
          <w:b/>
          <w:bCs/>
        </w:rPr>
        <w:t>:</w:t>
      </w:r>
      <w:r w:rsidRPr="00703618">
        <w:rPr>
          <w:rFonts w:ascii="Calibri" w:hAnsi="Calibri" w:cs="Calibri"/>
        </w:rPr>
        <w:t xml:space="preserve"> Complete website designed and developed from scratch using Astro.</w:t>
      </w:r>
    </w:p>
    <w:p w14:paraId="730E0670" w14:textId="77777777" w:rsidR="0068131B" w:rsidRPr="00703618" w:rsidRDefault="00C2178F">
      <w:pPr>
        <w:pStyle w:val="Heading1"/>
        <w:rPr>
          <w:rFonts w:ascii="Calibri" w:hAnsi="Calibri" w:cs="Calibri"/>
        </w:rPr>
      </w:pPr>
      <w:r w:rsidRPr="00703618">
        <w:rPr>
          <w:rFonts w:ascii="Calibri" w:hAnsi="Calibri" w:cs="Calibri"/>
        </w:rPr>
        <w:t>Education</w:t>
      </w:r>
    </w:p>
    <w:p w14:paraId="7C19FDA1" w14:textId="77777777" w:rsidR="0068131B" w:rsidRPr="00703618" w:rsidRDefault="00C2178F">
      <w:pPr>
        <w:rPr>
          <w:rFonts w:ascii="Calibri" w:hAnsi="Calibri" w:cs="Calibri"/>
        </w:rPr>
      </w:pPr>
      <w:r w:rsidRPr="00703618">
        <w:rPr>
          <w:rFonts w:ascii="Calibri" w:hAnsi="Calibri" w:cs="Calibri"/>
        </w:rPr>
        <w:t>Associate of Applied Science – Computer Science</w:t>
      </w:r>
      <w:r w:rsidRPr="00703618">
        <w:rPr>
          <w:rFonts w:ascii="Calibri" w:hAnsi="Calibri" w:cs="Calibri"/>
        </w:rPr>
        <w:br/>
        <w:t>Anoka Technical College</w:t>
      </w:r>
    </w:p>
    <w:sectPr w:rsidR="0068131B" w:rsidRPr="007036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5170FF"/>
    <w:multiLevelType w:val="hybridMultilevel"/>
    <w:tmpl w:val="726061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D52D64"/>
    <w:multiLevelType w:val="hybridMultilevel"/>
    <w:tmpl w:val="839EE0C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DF368C"/>
    <w:multiLevelType w:val="hybridMultilevel"/>
    <w:tmpl w:val="8E002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98086D"/>
    <w:multiLevelType w:val="hybridMultilevel"/>
    <w:tmpl w:val="ED825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316B0"/>
    <w:multiLevelType w:val="hybridMultilevel"/>
    <w:tmpl w:val="3CCA9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95C10"/>
    <w:multiLevelType w:val="hybridMultilevel"/>
    <w:tmpl w:val="354C2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854E1"/>
    <w:multiLevelType w:val="hybridMultilevel"/>
    <w:tmpl w:val="0138F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1796C"/>
    <w:multiLevelType w:val="hybridMultilevel"/>
    <w:tmpl w:val="DA2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93102">
    <w:abstractNumId w:val="8"/>
  </w:num>
  <w:num w:numId="2" w16cid:durableId="1344092535">
    <w:abstractNumId w:val="6"/>
  </w:num>
  <w:num w:numId="3" w16cid:durableId="1043136536">
    <w:abstractNumId w:val="5"/>
  </w:num>
  <w:num w:numId="4" w16cid:durableId="1997879764">
    <w:abstractNumId w:val="4"/>
  </w:num>
  <w:num w:numId="5" w16cid:durableId="1327048679">
    <w:abstractNumId w:val="7"/>
  </w:num>
  <w:num w:numId="6" w16cid:durableId="1264269571">
    <w:abstractNumId w:val="3"/>
  </w:num>
  <w:num w:numId="7" w16cid:durableId="2048336665">
    <w:abstractNumId w:val="2"/>
  </w:num>
  <w:num w:numId="8" w16cid:durableId="757212633">
    <w:abstractNumId w:val="1"/>
  </w:num>
  <w:num w:numId="9" w16cid:durableId="148403867">
    <w:abstractNumId w:val="0"/>
  </w:num>
  <w:num w:numId="10" w16cid:durableId="1216043480">
    <w:abstractNumId w:val="9"/>
  </w:num>
  <w:num w:numId="11" w16cid:durableId="1911648078">
    <w:abstractNumId w:val="14"/>
  </w:num>
  <w:num w:numId="12" w16cid:durableId="128861057">
    <w:abstractNumId w:val="15"/>
  </w:num>
  <w:num w:numId="13" w16cid:durableId="2027828257">
    <w:abstractNumId w:val="12"/>
  </w:num>
  <w:num w:numId="14" w16cid:durableId="1587884065">
    <w:abstractNumId w:val="13"/>
  </w:num>
  <w:num w:numId="15" w16cid:durableId="1135683065">
    <w:abstractNumId w:val="11"/>
  </w:num>
  <w:num w:numId="16" w16cid:durableId="1409576916">
    <w:abstractNumId w:val="16"/>
  </w:num>
  <w:num w:numId="17" w16cid:durableId="150878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8131B"/>
    <w:rsid w:val="00692389"/>
    <w:rsid w:val="00703618"/>
    <w:rsid w:val="007373B7"/>
    <w:rsid w:val="00AA1D8D"/>
    <w:rsid w:val="00B47730"/>
    <w:rsid w:val="00C12039"/>
    <w:rsid w:val="00C2178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7B0C24"/>
  <w14:defaultImageDpi w14:val="300"/>
  <w15:docId w15:val="{3981735D-9691-4245-B2CE-27FE1615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Tonya Golden</cp:lastModifiedBy>
  <cp:revision>3</cp:revision>
  <dcterms:created xsi:type="dcterms:W3CDTF">2026-08-03T17:06:00Z</dcterms:created>
  <dcterms:modified xsi:type="dcterms:W3CDTF">2026-08-03T17:07:00Z</dcterms:modified>
  <cp:category/>
</cp:coreProperties>
</file>